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E3BAA4" w14:textId="7EF6B697" w:rsidR="008768C6" w:rsidRPr="00890F85" w:rsidRDefault="00890F85">
      <w:pPr>
        <w:spacing w:after="40"/>
        <w:rPr>
          <w:rFonts w:ascii="Avenir Book" w:hAnsi="Avenir Book"/>
        </w:rPr>
      </w:pPr>
      <w:r>
        <w:rPr>
          <w:rFonts w:ascii="Avenir Book" w:hAnsi="Avenir Book"/>
          <w:b/>
          <w:color w:val="14202E"/>
          <w:sz w:val="44"/>
        </w:rPr>
        <w:t xml:space="preserve">Find My </w:t>
      </w:r>
      <w:proofErr w:type="spellStart"/>
      <w:r>
        <w:rPr>
          <w:rFonts w:ascii="Avenir Book" w:hAnsi="Avenir Book"/>
          <w:b/>
          <w:color w:val="14202E"/>
          <w:sz w:val="44"/>
        </w:rPr>
        <w:t>inspo</w:t>
      </w:r>
      <w:proofErr w:type="spellEnd"/>
      <w:r>
        <w:rPr>
          <w:rFonts w:ascii="Avenir Book" w:hAnsi="Avenir Book"/>
          <w:b/>
          <w:color w:val="14202E"/>
          <w:sz w:val="44"/>
        </w:rPr>
        <w:t xml:space="preserve"> </w:t>
      </w:r>
      <w:r w:rsidR="00000000" w:rsidRPr="00890F85">
        <w:rPr>
          <w:rFonts w:ascii="Avenir Book" w:hAnsi="Avenir Book"/>
          <w:b/>
          <w:color w:val="14202E"/>
          <w:sz w:val="44"/>
        </w:rPr>
        <w:t>Student Creator Program</w:t>
      </w:r>
    </w:p>
    <w:p w14:paraId="117BFAC6" w14:textId="77777777" w:rsidR="008768C6" w:rsidRPr="00890F85" w:rsidRDefault="00000000">
      <w:pPr>
        <w:spacing w:after="40"/>
        <w:rPr>
          <w:rFonts w:ascii="Avenir Book" w:hAnsi="Avenir Book"/>
        </w:rPr>
      </w:pPr>
      <w:r w:rsidRPr="00890F85">
        <w:rPr>
          <w:rFonts w:ascii="Avenir Book" w:hAnsi="Avenir Book"/>
          <w:b/>
          <w:color w:val="1E73B8"/>
          <w:sz w:val="26"/>
        </w:rPr>
        <w:t>A Peer-Led Path to Belonging and Adoption</w:t>
      </w:r>
    </w:p>
    <w:p w14:paraId="5C50458F" w14:textId="77777777" w:rsidR="008768C6" w:rsidRPr="00890F85" w:rsidRDefault="00000000">
      <w:pPr>
        <w:rPr>
          <w:rFonts w:ascii="Avenir Book" w:hAnsi="Avenir Book"/>
        </w:rPr>
      </w:pPr>
      <w:r w:rsidRPr="00890F85">
        <w:rPr>
          <w:rFonts w:ascii="Avenir Book" w:hAnsi="Avenir Book"/>
          <w:i/>
          <w:color w:val="5A6675"/>
          <w:sz w:val="23"/>
        </w:rPr>
        <w:t>Partnering with [Institution] Student Life to introduce Find My inspo through trusted student voices.</w:t>
      </w:r>
    </w:p>
    <w:p w14:paraId="0E8971AB" w14:textId="77777777" w:rsidR="008768C6" w:rsidRPr="00890F85" w:rsidRDefault="008768C6">
      <w:pPr>
        <w:pBdr>
          <w:bottom w:val="single" w:sz="12" w:space="1" w:color="CFE0F2"/>
        </w:pBdr>
        <w:spacing w:before="40" w:after="160"/>
        <w:rPr>
          <w:rFonts w:ascii="Avenir Book" w:hAnsi="Avenir Book"/>
        </w:rPr>
      </w:pPr>
    </w:p>
    <w:p w14:paraId="49DA641E" w14:textId="77777777" w:rsidR="008768C6" w:rsidRPr="00890F85" w:rsidRDefault="00000000">
      <w:pPr>
        <w:spacing w:before="200" w:after="80"/>
        <w:rPr>
          <w:rFonts w:ascii="Avenir Book" w:hAnsi="Avenir Book"/>
        </w:rPr>
      </w:pPr>
      <w:r w:rsidRPr="00890F85">
        <w:rPr>
          <w:rFonts w:ascii="Avenir Book" w:hAnsi="Avenir Book"/>
          <w:b/>
          <w:color w:val="1E73B8"/>
          <w:sz w:val="27"/>
        </w:rPr>
        <w:t>The opportunity</w:t>
      </w:r>
    </w:p>
    <w:p w14:paraId="5A3FB92D" w14:textId="77777777" w:rsidR="008768C6" w:rsidRPr="00890F85" w:rsidRDefault="00000000">
      <w:pPr>
        <w:spacing w:after="12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Students are far more likely to try something new when they hear about it from other students. The Student Creator Program gives [Institution] a structured, authentic way to introduce Find My inspo, through peer voices, real campus-life content, and student-led engagement. We intentionally frame this as a peer engagement and student-voice program, not an influencer campaign, centered on belonging and meaningful adoption.</w:t>
      </w:r>
    </w:p>
    <w:p w14:paraId="59AFCADD" w14:textId="77777777" w:rsidR="008768C6" w:rsidRPr="00890F85" w:rsidRDefault="00000000">
      <w:pPr>
        <w:spacing w:before="200" w:after="80"/>
        <w:rPr>
          <w:rFonts w:ascii="Avenir Book" w:hAnsi="Avenir Book"/>
        </w:rPr>
      </w:pPr>
      <w:r w:rsidRPr="00890F85">
        <w:rPr>
          <w:rFonts w:ascii="Avenir Book" w:hAnsi="Avenir Book"/>
          <w:b/>
          <w:color w:val="1E73B8"/>
          <w:sz w:val="27"/>
        </w:rPr>
        <w:t>Why it matters for [Institution]</w:t>
      </w:r>
    </w:p>
    <w:p w14:paraId="4806601E" w14:textId="77777777" w:rsidR="008768C6" w:rsidRPr="00890F85" w:rsidRDefault="00000000">
      <w:pPr>
        <w:pStyle w:val="ListBullet"/>
        <w:spacing w:after="6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Builds awareness in a genuinely student-friendly way, and reduces the "just another school app" reaction.</w:t>
      </w:r>
    </w:p>
    <w:p w14:paraId="37A244F4" w14:textId="77777777" w:rsidR="008768C6" w:rsidRPr="00890F85" w:rsidRDefault="00000000">
      <w:pPr>
        <w:pStyle w:val="ListBullet"/>
        <w:spacing w:after="6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Creates authentic content that reflects real student life on campus.</w:t>
      </w:r>
    </w:p>
    <w:p w14:paraId="673C0740" w14:textId="77777777" w:rsidR="008768C6" w:rsidRPr="00890F85" w:rsidRDefault="00000000">
      <w:pPr>
        <w:pStyle w:val="ListBullet"/>
        <w:spacing w:after="6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Helps students understand what the app offers: the energy check-ins, the AI chat, and the new experiences.</w:t>
      </w:r>
    </w:p>
    <w:p w14:paraId="04EF0E73" w14:textId="77777777" w:rsidR="008768C6" w:rsidRPr="00890F85" w:rsidRDefault="00000000">
      <w:pPr>
        <w:pStyle w:val="ListBullet"/>
        <w:spacing w:after="6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Gives Student Life a direct, ongoing read on what students understand, value, question, or ignore.</w:t>
      </w:r>
    </w:p>
    <w:p w14:paraId="620A1057" w14:textId="77777777" w:rsidR="008768C6" w:rsidRPr="00890F85" w:rsidRDefault="00000000">
      <w:pPr>
        <w:pStyle w:val="ListBullet"/>
        <w:spacing w:after="6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Develops student leaders through a paid, resume-worthy role, and amplifies the campus resources students already have.</w:t>
      </w:r>
    </w:p>
    <w:p w14:paraId="3721CD25" w14:textId="77777777" w:rsidR="008768C6" w:rsidRPr="00890F85" w:rsidRDefault="00000000">
      <w:pPr>
        <w:spacing w:before="200" w:after="80"/>
        <w:rPr>
          <w:rFonts w:ascii="Avenir Book" w:hAnsi="Avenir Book"/>
        </w:rPr>
      </w:pPr>
      <w:r w:rsidRPr="00890F85">
        <w:rPr>
          <w:rFonts w:ascii="Avenir Book" w:hAnsi="Avenir Book"/>
          <w:b/>
          <w:color w:val="1E73B8"/>
          <w:sz w:val="27"/>
        </w:rPr>
        <w:t>How the pilot works</w:t>
      </w:r>
    </w:p>
    <w:p w14:paraId="26C7E1BB" w14:textId="77777777" w:rsidR="008768C6" w:rsidRPr="00890F85" w:rsidRDefault="00000000">
      <w:pPr>
        <w:spacing w:after="8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We recruit a small group of paid student creators who help introduce Find My inspo in ways that feel natural and useful. Each creator, per month, would typically:</w:t>
      </w:r>
    </w:p>
    <w:p w14:paraId="5D2B7BE1" w14:textId="77777777" w:rsidR="008768C6" w:rsidRPr="00890F85" w:rsidRDefault="00000000">
      <w:pPr>
        <w:pStyle w:val="ListBullet"/>
        <w:spacing w:after="6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Create 2 short-form videos</w:t>
      </w:r>
    </w:p>
    <w:p w14:paraId="683C4260" w14:textId="77777777" w:rsidR="008768C6" w:rsidRPr="00890F85" w:rsidRDefault="00000000">
      <w:pPr>
        <w:pStyle w:val="ListBullet"/>
        <w:spacing w:after="6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Share 2 to 4 approved social posts or stories</w:t>
      </w:r>
    </w:p>
    <w:p w14:paraId="6ACB3C55" w14:textId="77777777" w:rsidR="008768C6" w:rsidRPr="00890F85" w:rsidRDefault="00000000">
      <w:pPr>
        <w:pStyle w:val="ListBullet"/>
        <w:spacing w:after="6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Host or support 1 campus activation</w:t>
      </w:r>
    </w:p>
    <w:p w14:paraId="11D67275" w14:textId="77777777" w:rsidR="008768C6" w:rsidRPr="00890F85" w:rsidRDefault="00000000">
      <w:pPr>
        <w:pStyle w:val="ListBullet"/>
        <w:spacing w:after="6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Help classmates download the app and register with their college email</w:t>
      </w:r>
    </w:p>
    <w:p w14:paraId="6AF1A36E" w14:textId="77777777" w:rsidR="008768C6" w:rsidRPr="00890F85" w:rsidRDefault="00000000">
      <w:pPr>
        <w:pStyle w:val="ListBullet"/>
        <w:spacing w:after="6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Gather informal feedback on onboarding, the exercises, the AI chat, and the activities</w:t>
      </w:r>
    </w:p>
    <w:p w14:paraId="5317A440" w14:textId="77777777" w:rsidR="008768C6" w:rsidRPr="00890F85" w:rsidRDefault="00000000">
      <w:pPr>
        <w:pStyle w:val="ListBullet"/>
        <w:spacing w:after="6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Submit a short monthly report with activity, screenshots, insights, and recommendations</w:t>
      </w:r>
    </w:p>
    <w:p w14:paraId="4D051DAA" w14:textId="77777777" w:rsidR="008768C6" w:rsidRPr="00890F85" w:rsidRDefault="00000000">
      <w:pPr>
        <w:spacing w:after="120"/>
        <w:rPr>
          <w:rFonts w:ascii="Avenir Book" w:hAnsi="Avenir Book"/>
        </w:rPr>
      </w:pPr>
      <w:r w:rsidRPr="00890F85">
        <w:rPr>
          <w:rFonts w:ascii="Avenir Book" w:hAnsi="Avenir Book"/>
          <w:b/>
          <w:color w:val="14202E"/>
        </w:rPr>
        <w:lastRenderedPageBreak/>
        <w:t xml:space="preserve">Suggested role titles (choose what fits your campus culture): </w:t>
      </w:r>
      <w:r w:rsidRPr="00890F85">
        <w:rPr>
          <w:rFonts w:ascii="Avenir Book" w:hAnsi="Avenir Book"/>
          <w:color w:val="14202E"/>
        </w:rPr>
        <w:t>Campus Creator, Peer Engagement Fellow, Student Belonging Ambassador, or inspo Campus Crew Member.</w:t>
      </w:r>
    </w:p>
    <w:p w14:paraId="584FEA9B" w14:textId="77777777" w:rsidR="008768C6" w:rsidRPr="00890F85" w:rsidRDefault="00000000">
      <w:pPr>
        <w:spacing w:before="200" w:after="80"/>
        <w:rPr>
          <w:rFonts w:ascii="Avenir Book" w:hAnsi="Avenir Book"/>
        </w:rPr>
      </w:pPr>
      <w:r w:rsidRPr="00890F85">
        <w:rPr>
          <w:rFonts w:ascii="Avenir Book" w:hAnsi="Avenir Book"/>
          <w:b/>
          <w:color w:val="1E73B8"/>
          <w:sz w:val="27"/>
        </w:rPr>
        <w:t>Compensation</w:t>
      </w:r>
    </w:p>
    <w:p w14:paraId="0CE83313" w14:textId="77777777" w:rsidR="008768C6" w:rsidRPr="00890F85" w:rsidRDefault="00000000">
      <w:pPr>
        <w:spacing w:after="12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 xml:space="preserve">Each creator receives a flat $200 per month. </w:t>
      </w:r>
      <w:r w:rsidRPr="00890F85">
        <w:rPr>
          <w:rFonts w:ascii="Avenir Book" w:hAnsi="Avenir Book"/>
          <w:b/>
          <w:color w:val="14202E"/>
        </w:rPr>
        <w:t>This pilot is fully funded by AgileBrain, at no cost to [Institution].</w:t>
      </w:r>
    </w:p>
    <w:p w14:paraId="42FC0F8F" w14:textId="77777777" w:rsidR="008768C6" w:rsidRPr="00890F85" w:rsidRDefault="00000000">
      <w:pPr>
        <w:spacing w:before="200" w:after="80"/>
        <w:rPr>
          <w:rFonts w:ascii="Avenir Book" w:hAnsi="Avenir Book"/>
        </w:rPr>
      </w:pPr>
      <w:r w:rsidRPr="00890F85">
        <w:rPr>
          <w:rFonts w:ascii="Avenir Book" w:hAnsi="Avenir Book"/>
          <w:b/>
          <w:color w:val="1E73B8"/>
          <w:sz w:val="27"/>
        </w:rPr>
        <w:t>How we'll measure success</w:t>
      </w:r>
    </w:p>
    <w:p w14:paraId="5AEDA881" w14:textId="77777777" w:rsidR="008768C6" w:rsidRPr="00890F85" w:rsidRDefault="00000000">
      <w:pPr>
        <w:spacing w:after="12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App downloads, completed registrations, completed image exercises, interaction with activities and learning content, repeat app use, student-feedback themes, content performance, and campus-event participation.</w:t>
      </w:r>
    </w:p>
    <w:p w14:paraId="6A66489C" w14:textId="77777777" w:rsidR="008768C6" w:rsidRPr="00890F85" w:rsidRDefault="00000000">
      <w:pPr>
        <w:spacing w:before="200" w:after="80"/>
        <w:rPr>
          <w:rFonts w:ascii="Avenir Book" w:hAnsi="Avenir Book"/>
        </w:rPr>
      </w:pPr>
      <w:r w:rsidRPr="00890F85">
        <w:rPr>
          <w:rFonts w:ascii="Avenir Book" w:hAnsi="Avenir Book"/>
          <w:b/>
          <w:color w:val="1E73B8"/>
          <w:sz w:val="27"/>
        </w:rPr>
        <w:t>What we’re asking of Student Life</w:t>
      </w:r>
    </w:p>
    <w:p w14:paraId="70FC6A27" w14:textId="77777777" w:rsidR="008768C6" w:rsidRPr="00890F85" w:rsidRDefault="00000000">
      <w:pPr>
        <w:pStyle w:val="ListBullet"/>
        <w:spacing w:after="6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Approval to run a pilot cohort (we suggest one semester, roughly 4 to 6 creators to start).</w:t>
      </w:r>
    </w:p>
    <w:p w14:paraId="1E814013" w14:textId="77777777" w:rsidR="008768C6" w:rsidRPr="00890F85" w:rsidRDefault="00000000">
      <w:pPr>
        <w:pStyle w:val="ListBullet"/>
        <w:spacing w:after="6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Partnership in identifying and nominating students who would be great creators: trusted, engaged, and connected across different corners of campus.</w:t>
      </w:r>
    </w:p>
    <w:p w14:paraId="5F83CD93" w14:textId="77777777" w:rsidR="008768C6" w:rsidRPr="00890F85" w:rsidRDefault="00000000">
      <w:pPr>
        <w:pStyle w:val="ListBullet"/>
        <w:spacing w:after="6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A Student Life point of contact and light help with logistics (connecting us to student-leader networks and guiding any activation or event approvals).</w:t>
      </w:r>
    </w:p>
    <w:p w14:paraId="5E7274D7" w14:textId="77777777" w:rsidR="008768C6" w:rsidRPr="00890F85" w:rsidRDefault="00000000">
      <w:pPr>
        <w:pStyle w:val="ListBullet"/>
        <w:spacing w:after="6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We handle the rest: onboarding, content guidance and approval, training, and program administration.</w:t>
      </w:r>
    </w:p>
    <w:p w14:paraId="67F94048" w14:textId="77777777" w:rsidR="008768C6" w:rsidRPr="00890F85" w:rsidRDefault="00000000">
      <w:pPr>
        <w:spacing w:before="200" w:after="80"/>
        <w:rPr>
          <w:rFonts w:ascii="Avenir Book" w:hAnsi="Avenir Book"/>
        </w:rPr>
      </w:pPr>
      <w:r w:rsidRPr="00890F85">
        <w:rPr>
          <w:rFonts w:ascii="Avenir Book" w:hAnsi="Avenir Book"/>
          <w:b/>
          <w:color w:val="1E73B8"/>
          <w:sz w:val="27"/>
        </w:rPr>
        <w:t>Trust and transparency</w:t>
      </w:r>
    </w:p>
    <w:p w14:paraId="602404BD" w14:textId="77777777" w:rsidR="008768C6" w:rsidRPr="00890F85" w:rsidRDefault="00000000">
      <w:pPr>
        <w:spacing w:after="12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All paid student content will include clear, consistent disclosure that the student is a paid creator for Find My inspo, in line with standard advertising-disclosure practices.</w:t>
      </w:r>
    </w:p>
    <w:p w14:paraId="60D6A6CB" w14:textId="77777777" w:rsidR="008768C6" w:rsidRPr="00890F85" w:rsidRDefault="00000000">
      <w:pPr>
        <w:spacing w:before="200" w:after="80"/>
        <w:rPr>
          <w:rFonts w:ascii="Avenir Book" w:hAnsi="Avenir Book"/>
        </w:rPr>
      </w:pPr>
      <w:r w:rsidRPr="00890F85">
        <w:rPr>
          <w:rFonts w:ascii="Avenir Book" w:hAnsi="Avenir Book"/>
          <w:b/>
          <w:color w:val="1E73B8"/>
          <w:sz w:val="27"/>
        </w:rPr>
        <w:t>Next steps</w:t>
      </w:r>
    </w:p>
    <w:p w14:paraId="25C9954F" w14:textId="77777777" w:rsidR="008768C6" w:rsidRPr="00890F85" w:rsidRDefault="00000000">
      <w:pPr>
        <w:spacing w:after="120"/>
        <w:rPr>
          <w:rFonts w:ascii="Avenir Book" w:hAnsi="Avenir Book"/>
        </w:rPr>
      </w:pPr>
      <w:r w:rsidRPr="00890F85">
        <w:rPr>
          <w:rFonts w:ascii="Avenir Book" w:hAnsi="Avenir Book"/>
          <w:color w:val="14202E"/>
        </w:rPr>
        <w:t>With your approval, we’ll finalize the role title and cohort size, connect with your point of contact, and partner on nominating the first group of creators.</w:t>
      </w:r>
    </w:p>
    <w:sectPr w:rsidR="008768C6" w:rsidRPr="00890F85" w:rsidSect="00034616">
      <w:footerReference w:type="default" r:id="rId8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E9B375" w14:textId="77777777" w:rsidR="00AD09BB" w:rsidRDefault="00AD09BB">
      <w:pPr>
        <w:spacing w:after="0" w:line="240" w:lineRule="auto"/>
      </w:pPr>
      <w:r>
        <w:separator/>
      </w:r>
    </w:p>
  </w:endnote>
  <w:endnote w:type="continuationSeparator" w:id="0">
    <w:p w14:paraId="144369F3" w14:textId="77777777" w:rsidR="00AD09BB" w:rsidRDefault="00AD0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B60BDF" w14:textId="77777777" w:rsidR="008768C6" w:rsidRDefault="00000000">
    <w:pPr>
      <w:pStyle w:val="Footer"/>
      <w:jc w:val="center"/>
    </w:pPr>
    <w:r>
      <w:rPr>
        <w:noProof/>
      </w:rPr>
      <w:drawing>
        <wp:inline distT="0" distB="0" distL="0" distR="0" wp14:anchorId="2A6E9D81" wp14:editId="709D27D1">
          <wp:extent cx="1188720" cy="59766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p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8720" cy="5976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A4F84C" w14:textId="77777777" w:rsidR="00AD09BB" w:rsidRDefault="00AD09BB">
      <w:pPr>
        <w:spacing w:after="0" w:line="240" w:lineRule="auto"/>
      </w:pPr>
      <w:r>
        <w:separator/>
      </w:r>
    </w:p>
  </w:footnote>
  <w:footnote w:type="continuationSeparator" w:id="0">
    <w:p w14:paraId="6BA572FD" w14:textId="77777777" w:rsidR="00AD09BB" w:rsidRDefault="00AD09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12724">
    <w:abstractNumId w:val="8"/>
  </w:num>
  <w:num w:numId="2" w16cid:durableId="2110201011">
    <w:abstractNumId w:val="6"/>
  </w:num>
  <w:num w:numId="3" w16cid:durableId="732435057">
    <w:abstractNumId w:val="5"/>
  </w:num>
  <w:num w:numId="4" w16cid:durableId="1338146158">
    <w:abstractNumId w:val="4"/>
  </w:num>
  <w:num w:numId="5" w16cid:durableId="1767650573">
    <w:abstractNumId w:val="7"/>
  </w:num>
  <w:num w:numId="6" w16cid:durableId="1079139917">
    <w:abstractNumId w:val="3"/>
  </w:num>
  <w:num w:numId="7" w16cid:durableId="1320042219">
    <w:abstractNumId w:val="2"/>
  </w:num>
  <w:num w:numId="8" w16cid:durableId="1046444880">
    <w:abstractNumId w:val="1"/>
  </w:num>
  <w:num w:numId="9" w16cid:durableId="5907441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266D5"/>
    <w:rsid w:val="008768C6"/>
    <w:rsid w:val="00890F85"/>
    <w:rsid w:val="00AA1D8D"/>
    <w:rsid w:val="00AD09B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617C62"/>
  <w14:defaultImageDpi w14:val="300"/>
  <w15:docId w15:val="{AE6003A1-2F42-BF40-998F-3DAB2214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Lisa  King</cp:lastModifiedBy>
  <cp:revision>2</cp:revision>
  <dcterms:created xsi:type="dcterms:W3CDTF">2026-07-18T20:27:00Z</dcterms:created>
  <dcterms:modified xsi:type="dcterms:W3CDTF">2026-07-18T20:27:00Z</dcterms:modified>
  <cp:category/>
</cp:coreProperties>
</file>